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F8DF" w14:textId="6793DACB" w:rsidR="002947B5" w:rsidRPr="002947B5" w:rsidRDefault="002947B5" w:rsidP="002947B5">
      <w:pPr>
        <w:pStyle w:val="Heading1"/>
        <w:spacing w:before="0" w:line="240" w:lineRule="auto"/>
        <w:rPr>
          <w:rFonts w:asciiTheme="majorHAnsi" w:hAnsiTheme="majorHAnsi" w:cstheme="majorHAnsi"/>
          <w:color w:val="auto"/>
          <w:sz w:val="48"/>
          <w:szCs w:val="48"/>
        </w:rPr>
      </w:pPr>
      <w:r w:rsidRPr="002947B5">
        <w:rPr>
          <w:rFonts w:asciiTheme="majorHAnsi" w:hAnsiTheme="majorHAnsi" w:cstheme="majorHAnsi"/>
          <w:color w:val="auto"/>
          <w:sz w:val="48"/>
          <w:szCs w:val="48"/>
        </w:rPr>
        <w:t>Template: Letter of Support</w:t>
      </w:r>
    </w:p>
    <w:p w14:paraId="0865A8A1" w14:textId="77777777" w:rsidR="002947B5" w:rsidRDefault="002947B5" w:rsidP="002947B5">
      <w:pPr>
        <w:pStyle w:val="Heading1"/>
        <w:spacing w:before="0" w:line="240" w:lineRule="auto"/>
        <w:rPr>
          <w:rFonts w:asciiTheme="majorHAnsi" w:hAnsiTheme="majorHAnsi" w:cstheme="majorHAnsi"/>
          <w:color w:val="auto"/>
          <w:sz w:val="36"/>
          <w:szCs w:val="36"/>
        </w:rPr>
      </w:pPr>
    </w:p>
    <w:p w14:paraId="31CC1BC5" w14:textId="730AFD9B" w:rsidR="00360549" w:rsidRPr="00360549" w:rsidRDefault="28D65BA6">
      <w:pPr>
        <w:pStyle w:val="Heading1"/>
        <w:spacing w:before="0" w:line="240" w:lineRule="auto"/>
        <w:rPr>
          <w:rFonts w:asciiTheme="majorHAnsi" w:hAnsiTheme="majorHAnsi"/>
          <w:color w:val="auto"/>
          <w:sz w:val="36"/>
          <w:szCs w:val="36"/>
        </w:rPr>
      </w:pPr>
      <w:r w:rsidRPr="6E276366">
        <w:rPr>
          <w:rFonts w:asciiTheme="majorHAnsi" w:hAnsiTheme="majorHAnsi"/>
          <w:color w:val="auto"/>
          <w:sz w:val="36"/>
          <w:szCs w:val="36"/>
        </w:rPr>
        <w:t xml:space="preserve">NDRP </w:t>
      </w:r>
      <w:r w:rsidR="52BDF263" w:rsidRPr="6E276366">
        <w:rPr>
          <w:rFonts w:asciiTheme="majorHAnsi" w:hAnsiTheme="majorHAnsi"/>
          <w:color w:val="auto"/>
          <w:sz w:val="36"/>
          <w:szCs w:val="36"/>
        </w:rPr>
        <w:t>DRLP</w:t>
      </w:r>
      <w:r w:rsidRPr="6E276366">
        <w:rPr>
          <w:rFonts w:asciiTheme="majorHAnsi" w:hAnsiTheme="majorHAnsi"/>
          <w:color w:val="auto"/>
          <w:sz w:val="36"/>
          <w:szCs w:val="36"/>
        </w:rPr>
        <w:t xml:space="preserve"> </w:t>
      </w:r>
      <w:r w:rsidR="091BF01C" w:rsidRPr="6E276366">
        <w:rPr>
          <w:rFonts w:asciiTheme="majorHAnsi" w:hAnsiTheme="majorHAnsi"/>
          <w:color w:val="auto"/>
          <w:sz w:val="36"/>
          <w:szCs w:val="36"/>
        </w:rPr>
        <w:t xml:space="preserve">Fellowships </w:t>
      </w:r>
    </w:p>
    <w:p w14:paraId="5FB56F83" w14:textId="5A5BA0C0" w:rsidR="00765B78" w:rsidRPr="00E6347E" w:rsidRDefault="00765B78" w:rsidP="002D5E33">
      <w:pPr>
        <w:pStyle w:val="Heading2"/>
        <w:spacing w:line="240" w:lineRule="auto"/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</w:pPr>
      <w:r w:rsidRPr="00E6347E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>This letter should be completed by the applicant's supervisor or mentor and submitted with their application to the DRLP Fellowships. It confirms your support for their involvement in the program</w:t>
      </w:r>
      <w:r w:rsidR="000559B2" w:rsidRPr="00E6347E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 xml:space="preserve"> and outlines how you will support them to undertake the </w:t>
      </w:r>
      <w:r w:rsidR="0005235D" w:rsidRPr="00E6347E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 xml:space="preserve">proposed </w:t>
      </w:r>
      <w:r w:rsidR="000559B2" w:rsidRPr="00E6347E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 xml:space="preserve">research if </w:t>
      </w:r>
      <w:r w:rsidR="00CB3892" w:rsidRPr="00E6347E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 xml:space="preserve">the application is </w:t>
      </w:r>
      <w:r w:rsidR="000559B2" w:rsidRPr="00E6347E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>successful</w:t>
      </w:r>
      <w:r w:rsidRPr="00E6347E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>.</w:t>
      </w:r>
      <w:r w:rsidR="00B307A3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 xml:space="preserve"> </w:t>
      </w:r>
      <w:r w:rsidR="00DB2955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>Please</w:t>
      </w:r>
      <w:r w:rsidR="00AA42A9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 xml:space="preserve"> u</w:t>
      </w:r>
      <w:r w:rsidR="0086607A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>se</w:t>
      </w:r>
      <w:r w:rsidR="00DB2955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 xml:space="preserve"> </w:t>
      </w:r>
      <w:r w:rsidR="00C93203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>org</w:t>
      </w:r>
      <w:r w:rsidR="000E3B60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>anis</w:t>
      </w:r>
      <w:r w:rsidR="00830921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>ation</w:t>
      </w:r>
      <w:r w:rsidR="0067425E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>al</w:t>
      </w:r>
      <w:r w:rsidR="00CC18C1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 xml:space="preserve"> letterhead</w:t>
      </w:r>
      <w:r w:rsidR="00C374EF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 xml:space="preserve"> i</w:t>
      </w:r>
      <w:r w:rsidR="004220ED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 xml:space="preserve">f </w:t>
      </w:r>
      <w:r w:rsidR="00D908F3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>possible</w:t>
      </w:r>
      <w:r w:rsidR="00CC18C1">
        <w:rPr>
          <w:rFonts w:ascii="Calibri Light" w:eastAsiaTheme="minorEastAsia" w:hAnsi="Calibri Light" w:cstheme="minorBidi"/>
          <w:b w:val="0"/>
          <w:bCs w:val="0"/>
          <w:i/>
          <w:iCs/>
          <w:color w:val="auto"/>
          <w:szCs w:val="22"/>
        </w:rPr>
        <w:t>.</w:t>
      </w:r>
    </w:p>
    <w:p w14:paraId="73C1165C" w14:textId="1B31C73F" w:rsidR="006D1DEF" w:rsidRPr="00360549" w:rsidRDefault="006748D8" w:rsidP="002D5E33">
      <w:pPr>
        <w:pStyle w:val="Heading2"/>
        <w:spacing w:line="240" w:lineRule="auto"/>
        <w:rPr>
          <w:rFonts w:asciiTheme="majorHAnsi" w:hAnsiTheme="majorHAnsi" w:cstheme="majorHAnsi"/>
          <w:color w:val="auto"/>
          <w:sz w:val="28"/>
          <w:szCs w:val="28"/>
        </w:rPr>
      </w:pPr>
      <w:r w:rsidRPr="00360549">
        <w:rPr>
          <w:rFonts w:asciiTheme="majorHAnsi" w:hAnsiTheme="majorHAnsi" w:cstheme="majorHAnsi"/>
          <w:color w:val="auto"/>
          <w:sz w:val="28"/>
          <w:szCs w:val="28"/>
        </w:rPr>
        <w:t xml:space="preserve">Applicant </w:t>
      </w:r>
      <w:r w:rsidR="002947B5" w:rsidRPr="00360549">
        <w:rPr>
          <w:rFonts w:asciiTheme="majorHAnsi" w:hAnsiTheme="majorHAnsi" w:cstheme="majorHAnsi"/>
          <w:color w:val="auto"/>
          <w:sz w:val="28"/>
          <w:szCs w:val="28"/>
        </w:rPr>
        <w:t>details</w:t>
      </w:r>
    </w:p>
    <w:p w14:paraId="5183B32B" w14:textId="45A81807" w:rsidR="006D1DEF" w:rsidRPr="002947B5" w:rsidRDefault="006748D8" w:rsidP="002D5E33">
      <w:pPr>
        <w:spacing w:after="0" w:line="240" w:lineRule="auto"/>
        <w:rPr>
          <w:rFonts w:asciiTheme="majorHAnsi" w:hAnsiTheme="majorHAnsi" w:cstheme="majorHAnsi"/>
        </w:rPr>
      </w:pPr>
      <w:r w:rsidRPr="002947B5">
        <w:rPr>
          <w:rFonts w:asciiTheme="majorHAnsi" w:hAnsiTheme="majorHAnsi" w:cstheme="majorHAnsi"/>
        </w:rPr>
        <w:t>Name:</w:t>
      </w:r>
    </w:p>
    <w:p w14:paraId="447D5A41" w14:textId="239A027F" w:rsidR="006D1DEF" w:rsidRPr="002947B5" w:rsidRDefault="006748D8" w:rsidP="002D5E33">
      <w:pPr>
        <w:spacing w:after="0" w:line="240" w:lineRule="auto"/>
        <w:rPr>
          <w:rFonts w:asciiTheme="majorHAnsi" w:hAnsiTheme="majorHAnsi" w:cstheme="majorHAnsi"/>
        </w:rPr>
      </w:pPr>
      <w:r w:rsidRPr="002947B5">
        <w:rPr>
          <w:rFonts w:asciiTheme="majorHAnsi" w:hAnsiTheme="majorHAnsi" w:cstheme="majorHAnsi"/>
        </w:rPr>
        <w:t xml:space="preserve">Program of </w:t>
      </w:r>
      <w:r w:rsidR="002947B5">
        <w:rPr>
          <w:rFonts w:asciiTheme="majorHAnsi" w:hAnsiTheme="majorHAnsi" w:cstheme="majorHAnsi"/>
        </w:rPr>
        <w:t>s</w:t>
      </w:r>
      <w:r w:rsidRPr="002947B5">
        <w:rPr>
          <w:rFonts w:asciiTheme="majorHAnsi" w:hAnsiTheme="majorHAnsi" w:cstheme="majorHAnsi"/>
        </w:rPr>
        <w:t xml:space="preserve">tudy: </w:t>
      </w:r>
    </w:p>
    <w:p w14:paraId="1A10C331" w14:textId="101CF65C" w:rsidR="00360549" w:rsidRDefault="00360549" w:rsidP="002D5E33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Host institution (proposed or confirmed):</w:t>
      </w:r>
    </w:p>
    <w:p w14:paraId="42C06E27" w14:textId="2A2CF71C" w:rsidR="006D1DEF" w:rsidRDefault="006748D8" w:rsidP="002D5E33">
      <w:pPr>
        <w:spacing w:after="0" w:line="240" w:lineRule="auto"/>
        <w:rPr>
          <w:rFonts w:asciiTheme="majorHAnsi" w:hAnsiTheme="majorHAnsi" w:cstheme="majorHAnsi"/>
        </w:rPr>
      </w:pPr>
      <w:r w:rsidRPr="002947B5">
        <w:rPr>
          <w:rFonts w:asciiTheme="majorHAnsi" w:hAnsiTheme="majorHAnsi" w:cstheme="majorHAnsi"/>
        </w:rPr>
        <w:t xml:space="preserve">Project </w:t>
      </w:r>
      <w:r w:rsidR="002947B5">
        <w:rPr>
          <w:rFonts w:asciiTheme="majorHAnsi" w:hAnsiTheme="majorHAnsi" w:cstheme="majorHAnsi"/>
        </w:rPr>
        <w:t>t</w:t>
      </w:r>
      <w:r w:rsidRPr="002947B5">
        <w:rPr>
          <w:rFonts w:asciiTheme="majorHAnsi" w:hAnsiTheme="majorHAnsi" w:cstheme="majorHAnsi"/>
        </w:rPr>
        <w:t xml:space="preserve">itle: </w:t>
      </w:r>
    </w:p>
    <w:p w14:paraId="5B139A59" w14:textId="77777777" w:rsidR="002947B5" w:rsidRPr="002947B5" w:rsidRDefault="002947B5" w:rsidP="002D5E33">
      <w:pPr>
        <w:spacing w:line="240" w:lineRule="auto"/>
        <w:rPr>
          <w:rFonts w:asciiTheme="majorHAnsi" w:hAnsiTheme="majorHAnsi" w:cstheme="majorHAnsi"/>
        </w:rPr>
      </w:pPr>
    </w:p>
    <w:p w14:paraId="6B4E9CFD" w14:textId="667CE111" w:rsidR="006D1DEF" w:rsidRPr="00360549" w:rsidRDefault="28D65BA6" w:rsidP="002D5E33">
      <w:pPr>
        <w:pStyle w:val="Heading2"/>
        <w:spacing w:line="240" w:lineRule="auto"/>
        <w:rPr>
          <w:rFonts w:asciiTheme="majorHAnsi" w:hAnsiTheme="majorHAnsi"/>
          <w:color w:val="auto"/>
          <w:sz w:val="28"/>
          <w:szCs w:val="28"/>
        </w:rPr>
      </w:pPr>
      <w:r w:rsidRPr="6E276366">
        <w:rPr>
          <w:rFonts w:asciiTheme="majorHAnsi" w:hAnsiTheme="majorHAnsi"/>
          <w:color w:val="auto"/>
          <w:sz w:val="28"/>
          <w:szCs w:val="28"/>
        </w:rPr>
        <w:t xml:space="preserve">Confirmation of </w:t>
      </w:r>
      <w:r w:rsidR="34274184" w:rsidRPr="6E276366">
        <w:rPr>
          <w:rFonts w:asciiTheme="majorHAnsi" w:hAnsiTheme="majorHAnsi"/>
          <w:color w:val="auto"/>
          <w:sz w:val="28"/>
          <w:szCs w:val="28"/>
        </w:rPr>
        <w:t>support</w:t>
      </w:r>
    </w:p>
    <w:p w14:paraId="3EAFBCF1" w14:textId="4A60F315" w:rsidR="006D1DEF" w:rsidRPr="002947B5" w:rsidRDefault="4D372F05" w:rsidP="002D5E33">
      <w:pPr>
        <w:spacing w:line="240" w:lineRule="auto"/>
      </w:pPr>
      <w:r w:rsidRPr="6E276366">
        <w:rPr>
          <w:rFonts w:asciiTheme="majorHAnsi" w:hAnsiTheme="majorHAnsi" w:cstheme="majorBidi"/>
        </w:rPr>
        <w:t>I am writing to support</w:t>
      </w:r>
      <w:r w:rsidR="28D65BA6" w:rsidRPr="6E276366">
        <w:rPr>
          <w:rFonts w:asciiTheme="majorHAnsi" w:hAnsiTheme="majorHAnsi" w:cstheme="majorBidi"/>
        </w:rPr>
        <w:t xml:space="preserve"> </w:t>
      </w:r>
      <w:r w:rsidR="00752E3F" w:rsidRPr="00CB1EAD">
        <w:rPr>
          <w:rFonts w:asciiTheme="majorHAnsi" w:hAnsiTheme="majorHAnsi" w:cstheme="majorBidi"/>
          <w:b/>
          <w:bCs/>
        </w:rPr>
        <w:t>[</w:t>
      </w:r>
      <w:r w:rsidR="091BF01C" w:rsidRPr="00CB1EAD">
        <w:rPr>
          <w:rFonts w:asciiTheme="majorHAnsi" w:hAnsiTheme="majorHAnsi" w:cstheme="majorBidi"/>
          <w:b/>
          <w:bCs/>
        </w:rPr>
        <w:t>insert a</w:t>
      </w:r>
      <w:r w:rsidR="28D65BA6" w:rsidRPr="00CB1EAD">
        <w:rPr>
          <w:rFonts w:asciiTheme="majorHAnsi" w:hAnsiTheme="majorHAnsi" w:cstheme="majorBidi"/>
          <w:b/>
          <w:bCs/>
        </w:rPr>
        <w:t xml:space="preserve">pplicant’s </w:t>
      </w:r>
      <w:r w:rsidR="091BF01C" w:rsidRPr="00CB1EAD">
        <w:rPr>
          <w:rFonts w:asciiTheme="majorHAnsi" w:hAnsiTheme="majorHAnsi" w:cstheme="majorBidi"/>
          <w:b/>
          <w:bCs/>
        </w:rPr>
        <w:t>n</w:t>
      </w:r>
      <w:r w:rsidR="28D65BA6" w:rsidRPr="00CB1EAD">
        <w:rPr>
          <w:rFonts w:asciiTheme="majorHAnsi" w:hAnsiTheme="majorHAnsi" w:cstheme="majorBidi"/>
          <w:b/>
          <w:bCs/>
        </w:rPr>
        <w:t>ame</w:t>
      </w:r>
      <w:r w:rsidR="003C3697" w:rsidRPr="00CB1EAD">
        <w:rPr>
          <w:rFonts w:asciiTheme="majorHAnsi" w:hAnsiTheme="majorHAnsi" w:cstheme="majorBidi"/>
          <w:b/>
          <w:bCs/>
        </w:rPr>
        <w:t>]</w:t>
      </w:r>
      <w:r w:rsidR="75CF51E1" w:rsidRPr="6E276366">
        <w:rPr>
          <w:rFonts w:asciiTheme="majorHAnsi" w:hAnsiTheme="majorHAnsi" w:cstheme="majorBidi"/>
        </w:rPr>
        <w:t>’s</w:t>
      </w:r>
      <w:r w:rsidR="28D65BA6" w:rsidRPr="6E276366">
        <w:rPr>
          <w:rFonts w:asciiTheme="majorHAnsi" w:hAnsiTheme="majorHAnsi" w:cstheme="majorBidi"/>
        </w:rPr>
        <w:t xml:space="preserve"> </w:t>
      </w:r>
      <w:r w:rsidR="3090A791" w:rsidRPr="6E276366">
        <w:rPr>
          <w:rFonts w:asciiTheme="majorHAnsi" w:hAnsiTheme="majorHAnsi" w:cstheme="majorBidi"/>
        </w:rPr>
        <w:t xml:space="preserve">application to the NDRP </w:t>
      </w:r>
      <w:r w:rsidR="531AA1D5" w:rsidRPr="6E276366">
        <w:rPr>
          <w:rFonts w:asciiTheme="majorHAnsi" w:hAnsiTheme="majorHAnsi" w:cstheme="majorBidi"/>
        </w:rPr>
        <w:t>DRLP</w:t>
      </w:r>
      <w:r w:rsidR="3090A791" w:rsidRPr="6E276366">
        <w:rPr>
          <w:rFonts w:asciiTheme="majorHAnsi" w:hAnsiTheme="majorHAnsi" w:cstheme="majorBidi"/>
        </w:rPr>
        <w:t xml:space="preserve"> </w:t>
      </w:r>
      <w:r w:rsidR="0DC4A03A" w:rsidRPr="6E276366">
        <w:rPr>
          <w:rFonts w:asciiTheme="majorHAnsi" w:hAnsiTheme="majorHAnsi" w:cstheme="majorBidi"/>
        </w:rPr>
        <w:t>F</w:t>
      </w:r>
      <w:r w:rsidR="3090A791" w:rsidRPr="6E276366">
        <w:rPr>
          <w:rFonts w:asciiTheme="majorHAnsi" w:hAnsiTheme="majorHAnsi" w:cstheme="majorBidi"/>
        </w:rPr>
        <w:t>ellowship.</w:t>
      </w:r>
      <w:r w:rsidR="0D232483" w:rsidRPr="6E276366">
        <w:rPr>
          <w:rFonts w:ascii="Calibri" w:eastAsia="Calibri" w:hAnsi="Calibri" w:cs="Calibri"/>
          <w:szCs w:val="24"/>
        </w:rPr>
        <w:t xml:space="preserve"> I understand what the fellowship involves and the commitment it asks of both the fellow and their supervisor or mentor. </w:t>
      </w:r>
      <w:r w:rsidR="3090A791" w:rsidRPr="6E276366">
        <w:rPr>
          <w:rFonts w:asciiTheme="majorHAnsi" w:hAnsiTheme="majorHAnsi" w:cstheme="majorBidi"/>
        </w:rPr>
        <w:t xml:space="preserve">If </w:t>
      </w:r>
      <w:r w:rsidR="3090A791" w:rsidRPr="00CB1EAD">
        <w:rPr>
          <w:rFonts w:asciiTheme="majorHAnsi" w:hAnsiTheme="majorHAnsi" w:cstheme="majorBidi"/>
          <w:b/>
          <w:bCs/>
        </w:rPr>
        <w:t>[</w:t>
      </w:r>
      <w:r w:rsidR="111CE49F" w:rsidRPr="00CB1EAD">
        <w:rPr>
          <w:rFonts w:asciiTheme="majorHAnsi" w:hAnsiTheme="majorHAnsi" w:cstheme="majorBidi"/>
          <w:b/>
          <w:bCs/>
        </w:rPr>
        <w:t>applicant's</w:t>
      </w:r>
      <w:r w:rsidR="3090A791" w:rsidRPr="00CB1EAD">
        <w:rPr>
          <w:rFonts w:asciiTheme="majorHAnsi" w:hAnsiTheme="majorHAnsi" w:cstheme="majorBidi"/>
          <w:b/>
          <w:bCs/>
        </w:rPr>
        <w:t xml:space="preserve"> name]</w:t>
      </w:r>
      <w:r w:rsidR="3090A791" w:rsidRPr="6E276366">
        <w:rPr>
          <w:rFonts w:asciiTheme="majorHAnsi" w:hAnsiTheme="majorHAnsi" w:cstheme="majorBidi"/>
        </w:rPr>
        <w:t xml:space="preserve"> is successful, I agree to act as their supervisor or mentor </w:t>
      </w:r>
      <w:r w:rsidR="307F8F52" w:rsidRPr="6E276366">
        <w:rPr>
          <w:rFonts w:asciiTheme="majorHAnsi" w:hAnsiTheme="majorHAnsi" w:cstheme="majorBidi"/>
        </w:rPr>
        <w:t xml:space="preserve">in the program. </w:t>
      </w:r>
    </w:p>
    <w:p w14:paraId="63C8C71F" w14:textId="31A6DC0E" w:rsidR="006D1DEF" w:rsidRPr="002947B5" w:rsidRDefault="307F8F52" w:rsidP="002D5E33">
      <w:pPr>
        <w:spacing w:line="240" w:lineRule="auto"/>
        <w:rPr>
          <w:rFonts w:asciiTheme="majorHAnsi" w:hAnsiTheme="majorHAnsi" w:cstheme="majorBidi"/>
        </w:rPr>
      </w:pPr>
      <w:r w:rsidRPr="6E276366">
        <w:rPr>
          <w:rFonts w:asciiTheme="majorHAnsi" w:hAnsiTheme="majorHAnsi" w:cstheme="majorBidi"/>
        </w:rPr>
        <w:t>I have [worked with/known] the applicant for [period] in my capacity as [insert context]</w:t>
      </w:r>
      <w:r w:rsidR="25B92E48" w:rsidRPr="6E276366">
        <w:rPr>
          <w:rFonts w:asciiTheme="majorHAnsi" w:hAnsiTheme="majorHAnsi" w:cstheme="majorBidi"/>
        </w:rPr>
        <w:t>.</w:t>
      </w:r>
    </w:p>
    <w:p w14:paraId="554996CA" w14:textId="3DB9D1C9" w:rsidR="00360549" w:rsidRPr="002947B5" w:rsidRDefault="307F8F52" w:rsidP="002D5E33">
      <w:pPr>
        <w:spacing w:line="240" w:lineRule="auto"/>
        <w:rPr>
          <w:rFonts w:asciiTheme="majorHAnsi" w:hAnsiTheme="majorHAnsi" w:cstheme="majorBidi"/>
        </w:rPr>
      </w:pPr>
      <w:r w:rsidRPr="6E276366">
        <w:rPr>
          <w:rFonts w:asciiTheme="majorHAnsi" w:hAnsiTheme="majorHAnsi" w:cstheme="majorBidi"/>
        </w:rPr>
        <w:t xml:space="preserve"> </w:t>
      </w:r>
    </w:p>
    <w:p w14:paraId="0ECEE5B5" w14:textId="62E4DA17" w:rsidR="006D1DEF" w:rsidRPr="00360549" w:rsidRDefault="005F0645" w:rsidP="002D5E33">
      <w:pPr>
        <w:pStyle w:val="Heading2"/>
        <w:spacing w:line="240" w:lineRule="auto"/>
        <w:rPr>
          <w:rFonts w:asciiTheme="majorHAnsi" w:hAnsiTheme="majorHAnsi" w:cstheme="majorHAnsi"/>
          <w:color w:val="auto"/>
          <w:sz w:val="28"/>
          <w:szCs w:val="28"/>
        </w:rPr>
      </w:pPr>
      <w:r>
        <w:rPr>
          <w:rFonts w:asciiTheme="majorHAnsi" w:hAnsiTheme="majorHAnsi" w:cstheme="majorHAnsi"/>
          <w:color w:val="auto"/>
          <w:sz w:val="28"/>
          <w:szCs w:val="28"/>
        </w:rPr>
        <w:t>Details of s</w:t>
      </w:r>
      <w:r w:rsidR="00051622">
        <w:rPr>
          <w:rFonts w:asciiTheme="majorHAnsi" w:hAnsiTheme="majorHAnsi" w:cstheme="majorHAnsi"/>
          <w:color w:val="auto"/>
          <w:sz w:val="28"/>
          <w:szCs w:val="28"/>
        </w:rPr>
        <w:t>upport</w:t>
      </w:r>
      <w:r>
        <w:rPr>
          <w:rFonts w:asciiTheme="majorHAnsi" w:hAnsiTheme="majorHAnsi" w:cstheme="majorHAnsi"/>
          <w:color w:val="auto"/>
          <w:sz w:val="28"/>
          <w:szCs w:val="28"/>
        </w:rPr>
        <w:t xml:space="preserve"> for</w:t>
      </w:r>
      <w:r w:rsidR="006748D8" w:rsidRPr="00360549">
        <w:rPr>
          <w:rFonts w:asciiTheme="majorHAnsi" w:hAnsiTheme="majorHAnsi" w:cstheme="majorHAnsi"/>
          <w:color w:val="auto"/>
          <w:sz w:val="28"/>
          <w:szCs w:val="28"/>
        </w:rPr>
        <w:t xml:space="preserve"> the </w:t>
      </w:r>
      <w:r w:rsidR="002947B5" w:rsidRPr="00360549">
        <w:rPr>
          <w:rFonts w:asciiTheme="majorHAnsi" w:hAnsiTheme="majorHAnsi" w:cstheme="majorHAnsi"/>
          <w:color w:val="auto"/>
          <w:sz w:val="28"/>
          <w:szCs w:val="28"/>
        </w:rPr>
        <w:t>a</w:t>
      </w:r>
      <w:r w:rsidR="006748D8" w:rsidRPr="00360549">
        <w:rPr>
          <w:rFonts w:asciiTheme="majorHAnsi" w:hAnsiTheme="majorHAnsi" w:cstheme="majorHAnsi"/>
          <w:color w:val="auto"/>
          <w:sz w:val="28"/>
          <w:szCs w:val="28"/>
        </w:rPr>
        <w:t>pplicant</w:t>
      </w:r>
    </w:p>
    <w:p w14:paraId="63DD732C" w14:textId="171985E9" w:rsidR="001C6FEC" w:rsidRPr="00390AA7" w:rsidRDefault="00390AA7" w:rsidP="00390AA7">
      <w:pPr>
        <w:spacing w:line="240" w:lineRule="auto"/>
        <w:rPr>
          <w:rFonts w:asciiTheme="majorHAnsi" w:hAnsiTheme="majorHAnsi" w:cstheme="majorBidi"/>
          <w:lang w:val="en-AU"/>
        </w:rPr>
      </w:pPr>
      <w:r w:rsidRPr="00390AA7">
        <w:rPr>
          <w:rFonts w:asciiTheme="majorHAnsi" w:hAnsiTheme="majorHAnsi" w:cstheme="majorBidi"/>
          <w:lang w:val="en-AU"/>
        </w:rPr>
        <w:t xml:space="preserve">Describe how you will support </w:t>
      </w:r>
      <w:r w:rsidRPr="00CB1EAD">
        <w:rPr>
          <w:rFonts w:asciiTheme="majorHAnsi" w:hAnsiTheme="majorHAnsi" w:cstheme="majorBidi"/>
          <w:b/>
          <w:bCs/>
          <w:lang w:val="en-AU"/>
        </w:rPr>
        <w:t>[insert applicant's name]</w:t>
      </w:r>
      <w:r w:rsidRPr="00390AA7">
        <w:rPr>
          <w:rFonts w:asciiTheme="majorHAnsi" w:hAnsiTheme="majorHAnsi" w:cstheme="majorBidi"/>
          <w:lang w:val="en-AU"/>
        </w:rPr>
        <w:t xml:space="preserve"> to undertake this research. This can include support provided by </w:t>
      </w:r>
      <w:r w:rsidR="0055135D">
        <w:rPr>
          <w:rFonts w:asciiTheme="majorHAnsi" w:hAnsiTheme="majorHAnsi" w:cstheme="majorBidi"/>
          <w:lang w:val="en-AU"/>
        </w:rPr>
        <w:t>the</w:t>
      </w:r>
      <w:r w:rsidRPr="00390AA7">
        <w:rPr>
          <w:rFonts w:asciiTheme="majorHAnsi" w:hAnsiTheme="majorHAnsi" w:cstheme="majorBidi"/>
          <w:lang w:val="en-AU"/>
        </w:rPr>
        <w:t xml:space="preserve"> host institution.</w:t>
      </w:r>
    </w:p>
    <w:p w14:paraId="615F7F24" w14:textId="233FFDD3" w:rsidR="002947B5" w:rsidRPr="002C4927" w:rsidRDefault="002C4927" w:rsidP="002D5E33">
      <w:pPr>
        <w:spacing w:line="240" w:lineRule="auto"/>
        <w:rPr>
          <w:rFonts w:asciiTheme="majorHAnsi" w:hAnsiTheme="majorHAnsi" w:cstheme="majorBidi"/>
          <w:color w:val="7F7F7F" w:themeColor="text1" w:themeTint="80"/>
        </w:rPr>
      </w:pPr>
      <w:r w:rsidRPr="002C4927">
        <w:rPr>
          <w:rFonts w:asciiTheme="majorHAnsi" w:hAnsiTheme="majorHAnsi" w:cstheme="majorBidi"/>
          <w:i/>
          <w:iCs/>
          <w:color w:val="7F7F7F" w:themeColor="text1" w:themeTint="80"/>
        </w:rPr>
        <w:t>Insert brief comments</w:t>
      </w:r>
      <w:r w:rsidR="00FB6576">
        <w:rPr>
          <w:rFonts w:asciiTheme="majorHAnsi" w:hAnsiTheme="majorHAnsi" w:cstheme="majorBidi"/>
          <w:i/>
          <w:iCs/>
          <w:color w:val="7F7F7F" w:themeColor="text1" w:themeTint="80"/>
        </w:rPr>
        <w:t>/dot points</w:t>
      </w:r>
      <w:r w:rsidRPr="002C4927">
        <w:rPr>
          <w:rFonts w:asciiTheme="majorHAnsi" w:hAnsiTheme="majorHAnsi" w:cstheme="majorBidi"/>
          <w:i/>
          <w:iCs/>
          <w:color w:val="7F7F7F" w:themeColor="text1" w:themeTint="80"/>
        </w:rPr>
        <w:t xml:space="preserve"> on the support you and/or </w:t>
      </w:r>
      <w:r w:rsidR="0055135D">
        <w:rPr>
          <w:rFonts w:asciiTheme="majorHAnsi" w:hAnsiTheme="majorHAnsi" w:cstheme="majorBidi"/>
          <w:i/>
          <w:iCs/>
          <w:color w:val="7F7F7F" w:themeColor="text1" w:themeTint="80"/>
        </w:rPr>
        <w:t>the</w:t>
      </w:r>
      <w:r w:rsidRPr="002C4927">
        <w:rPr>
          <w:rFonts w:asciiTheme="majorHAnsi" w:hAnsiTheme="majorHAnsi" w:cstheme="majorBidi"/>
          <w:i/>
          <w:iCs/>
          <w:color w:val="7F7F7F" w:themeColor="text1" w:themeTint="80"/>
        </w:rPr>
        <w:t xml:space="preserve"> host institution will provide.</w:t>
      </w:r>
    </w:p>
    <w:p w14:paraId="1E0BAE64" w14:textId="77777777" w:rsidR="002947B5" w:rsidRPr="002947B5" w:rsidRDefault="002947B5" w:rsidP="002D5E33">
      <w:pPr>
        <w:spacing w:line="240" w:lineRule="auto"/>
        <w:rPr>
          <w:rFonts w:asciiTheme="majorHAnsi" w:hAnsiTheme="majorHAnsi" w:cstheme="majorHAnsi"/>
        </w:rPr>
      </w:pPr>
    </w:p>
    <w:p w14:paraId="4A1FC63D" w14:textId="2F6AB549" w:rsidR="006D1DEF" w:rsidRPr="00360549" w:rsidRDefault="002947B5" w:rsidP="002D5E33">
      <w:pPr>
        <w:pStyle w:val="Heading2"/>
        <w:spacing w:line="240" w:lineRule="auto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360549">
        <w:rPr>
          <w:rFonts w:asciiTheme="majorHAnsi" w:hAnsiTheme="majorHAnsi" w:cstheme="majorHAnsi"/>
          <w:color w:val="000000" w:themeColor="text1"/>
          <w:sz w:val="28"/>
          <w:szCs w:val="28"/>
        </w:rPr>
        <w:t>Supervisor</w:t>
      </w:r>
      <w:r w:rsidR="00360549">
        <w:rPr>
          <w:rFonts w:asciiTheme="majorHAnsi" w:hAnsiTheme="majorHAnsi" w:cstheme="majorHAnsi"/>
          <w:color w:val="000000" w:themeColor="text1"/>
          <w:sz w:val="28"/>
          <w:szCs w:val="28"/>
        </w:rPr>
        <w:t>/mentor</w:t>
      </w:r>
      <w:r w:rsidR="006748D8" w:rsidRPr="00360549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 </w:t>
      </w:r>
      <w:r w:rsidRPr="00360549">
        <w:rPr>
          <w:rFonts w:asciiTheme="majorHAnsi" w:hAnsiTheme="majorHAnsi" w:cstheme="majorHAnsi"/>
          <w:color w:val="000000" w:themeColor="text1"/>
          <w:sz w:val="28"/>
          <w:szCs w:val="28"/>
        </w:rPr>
        <w:t>d</w:t>
      </w:r>
      <w:r w:rsidR="006748D8" w:rsidRPr="00360549">
        <w:rPr>
          <w:rFonts w:asciiTheme="majorHAnsi" w:hAnsiTheme="majorHAnsi" w:cstheme="majorHAnsi"/>
          <w:color w:val="000000" w:themeColor="text1"/>
          <w:sz w:val="28"/>
          <w:szCs w:val="28"/>
        </w:rPr>
        <w:t>etails</w:t>
      </w:r>
    </w:p>
    <w:p w14:paraId="4004E99A" w14:textId="56F37956" w:rsidR="006D1DEF" w:rsidRPr="002947B5" w:rsidRDefault="006748D8" w:rsidP="002D5E33">
      <w:pPr>
        <w:spacing w:after="0" w:line="240" w:lineRule="auto"/>
        <w:rPr>
          <w:rFonts w:asciiTheme="majorHAnsi" w:hAnsiTheme="majorHAnsi" w:cstheme="majorHAnsi"/>
        </w:rPr>
      </w:pPr>
      <w:r w:rsidRPr="002947B5">
        <w:rPr>
          <w:rFonts w:asciiTheme="majorHAnsi" w:hAnsiTheme="majorHAnsi" w:cstheme="majorHAnsi"/>
        </w:rPr>
        <w:t>Name:</w:t>
      </w:r>
    </w:p>
    <w:p w14:paraId="178291D0" w14:textId="001D6A93" w:rsidR="006D1DEF" w:rsidRPr="002947B5" w:rsidRDefault="006748D8" w:rsidP="002D5E33">
      <w:pPr>
        <w:spacing w:after="0" w:line="240" w:lineRule="auto"/>
        <w:rPr>
          <w:rFonts w:asciiTheme="majorHAnsi" w:hAnsiTheme="majorHAnsi" w:cstheme="majorHAnsi"/>
        </w:rPr>
      </w:pPr>
      <w:r w:rsidRPr="002947B5">
        <w:rPr>
          <w:rFonts w:asciiTheme="majorHAnsi" w:hAnsiTheme="majorHAnsi" w:cstheme="majorHAnsi"/>
        </w:rPr>
        <w:t>Position/</w:t>
      </w:r>
      <w:r w:rsidR="002947B5">
        <w:rPr>
          <w:rFonts w:asciiTheme="majorHAnsi" w:hAnsiTheme="majorHAnsi" w:cstheme="majorHAnsi"/>
        </w:rPr>
        <w:t>t</w:t>
      </w:r>
      <w:r w:rsidRPr="002947B5">
        <w:rPr>
          <w:rFonts w:asciiTheme="majorHAnsi" w:hAnsiTheme="majorHAnsi" w:cstheme="majorHAnsi"/>
        </w:rPr>
        <w:t>itle:</w:t>
      </w:r>
    </w:p>
    <w:p w14:paraId="07209C60" w14:textId="358DB911" w:rsidR="006D1DEF" w:rsidRPr="002947B5" w:rsidRDefault="00360549" w:rsidP="002D5E33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Institution</w:t>
      </w:r>
      <w:r w:rsidR="006748D8" w:rsidRPr="002947B5">
        <w:rPr>
          <w:rFonts w:asciiTheme="majorHAnsi" w:hAnsiTheme="majorHAnsi" w:cstheme="majorHAnsi"/>
        </w:rPr>
        <w:t>:</w:t>
      </w:r>
    </w:p>
    <w:p w14:paraId="091BD11E" w14:textId="54C6E873" w:rsidR="006D1DEF" w:rsidRPr="002947B5" w:rsidRDefault="006748D8" w:rsidP="002D5E33">
      <w:pPr>
        <w:spacing w:after="0" w:line="240" w:lineRule="auto"/>
        <w:rPr>
          <w:rFonts w:asciiTheme="majorHAnsi" w:hAnsiTheme="majorHAnsi" w:cstheme="majorHAnsi"/>
        </w:rPr>
      </w:pPr>
      <w:r w:rsidRPr="002947B5">
        <w:rPr>
          <w:rFonts w:asciiTheme="majorHAnsi" w:hAnsiTheme="majorHAnsi" w:cstheme="majorHAnsi"/>
        </w:rPr>
        <w:t>Email:</w:t>
      </w:r>
    </w:p>
    <w:p w14:paraId="0B320EE5" w14:textId="6132C2EB" w:rsidR="006D1DEF" w:rsidRPr="002947B5" w:rsidRDefault="006748D8" w:rsidP="002D5E33">
      <w:pPr>
        <w:spacing w:after="0" w:line="240" w:lineRule="auto"/>
        <w:rPr>
          <w:rFonts w:asciiTheme="majorHAnsi" w:hAnsiTheme="majorHAnsi" w:cstheme="majorHAnsi"/>
        </w:rPr>
      </w:pPr>
      <w:r w:rsidRPr="002947B5">
        <w:rPr>
          <w:rFonts w:asciiTheme="majorHAnsi" w:hAnsiTheme="majorHAnsi" w:cstheme="majorHAnsi"/>
        </w:rPr>
        <w:t xml:space="preserve">Phone: </w:t>
      </w:r>
    </w:p>
    <w:p w14:paraId="1A721400" w14:textId="25FD2A1A" w:rsidR="006D1DEF" w:rsidRPr="002947B5" w:rsidRDefault="006748D8" w:rsidP="002D5E33">
      <w:pPr>
        <w:spacing w:after="0" w:line="240" w:lineRule="auto"/>
        <w:rPr>
          <w:rFonts w:asciiTheme="majorHAnsi" w:hAnsiTheme="majorHAnsi" w:cstheme="majorHAnsi"/>
        </w:rPr>
      </w:pPr>
      <w:r w:rsidRPr="002947B5">
        <w:rPr>
          <w:rFonts w:asciiTheme="majorHAnsi" w:hAnsiTheme="majorHAnsi" w:cstheme="majorHAnsi"/>
        </w:rPr>
        <w:t>Signature:</w:t>
      </w:r>
    </w:p>
    <w:p w14:paraId="25760F4E" w14:textId="736C8A29" w:rsidR="006D1DEF" w:rsidRPr="002947B5" w:rsidRDefault="006748D8" w:rsidP="002D5E33">
      <w:pPr>
        <w:spacing w:after="0" w:line="240" w:lineRule="auto"/>
        <w:rPr>
          <w:rFonts w:asciiTheme="majorHAnsi" w:hAnsiTheme="majorHAnsi" w:cstheme="majorHAnsi"/>
        </w:rPr>
      </w:pPr>
      <w:r w:rsidRPr="002947B5">
        <w:rPr>
          <w:rFonts w:asciiTheme="majorHAnsi" w:hAnsiTheme="majorHAnsi" w:cstheme="majorHAnsi"/>
        </w:rPr>
        <w:t>Date:</w:t>
      </w:r>
    </w:p>
    <w:sectPr w:rsidR="006D1DEF" w:rsidRPr="002947B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013758">
    <w:abstractNumId w:val="5"/>
  </w:num>
  <w:num w:numId="2" w16cid:durableId="1120219921">
    <w:abstractNumId w:val="8"/>
  </w:num>
  <w:num w:numId="3" w16cid:durableId="1592808898">
    <w:abstractNumId w:val="2"/>
  </w:num>
  <w:num w:numId="4" w16cid:durableId="1671831129">
    <w:abstractNumId w:val="3"/>
  </w:num>
  <w:num w:numId="5" w16cid:durableId="1911766699">
    <w:abstractNumId w:val="7"/>
  </w:num>
  <w:num w:numId="6" w16cid:durableId="2104453638">
    <w:abstractNumId w:val="6"/>
  </w:num>
  <w:num w:numId="7" w16cid:durableId="482045198">
    <w:abstractNumId w:val="1"/>
  </w:num>
  <w:num w:numId="8" w16cid:durableId="575670191">
    <w:abstractNumId w:val="4"/>
  </w:num>
  <w:num w:numId="9" w16cid:durableId="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622"/>
    <w:rsid w:val="0005235D"/>
    <w:rsid w:val="000559B2"/>
    <w:rsid w:val="0006063C"/>
    <w:rsid w:val="000E3B60"/>
    <w:rsid w:val="001163D4"/>
    <w:rsid w:val="0015074B"/>
    <w:rsid w:val="0015213F"/>
    <w:rsid w:val="001C6FEC"/>
    <w:rsid w:val="001C78B3"/>
    <w:rsid w:val="00212778"/>
    <w:rsid w:val="0026656C"/>
    <w:rsid w:val="002947B5"/>
    <w:rsid w:val="0029639D"/>
    <w:rsid w:val="002C4927"/>
    <w:rsid w:val="002C5C0A"/>
    <w:rsid w:val="002D5E33"/>
    <w:rsid w:val="002D6591"/>
    <w:rsid w:val="002F6AF1"/>
    <w:rsid w:val="0030590D"/>
    <w:rsid w:val="00326F90"/>
    <w:rsid w:val="00360549"/>
    <w:rsid w:val="00390AA7"/>
    <w:rsid w:val="003C3697"/>
    <w:rsid w:val="003F6E6C"/>
    <w:rsid w:val="004119DC"/>
    <w:rsid w:val="004220ED"/>
    <w:rsid w:val="0043263E"/>
    <w:rsid w:val="00515486"/>
    <w:rsid w:val="0055135D"/>
    <w:rsid w:val="005F0645"/>
    <w:rsid w:val="00600ABC"/>
    <w:rsid w:val="00601E9C"/>
    <w:rsid w:val="00637E3E"/>
    <w:rsid w:val="0067425E"/>
    <w:rsid w:val="006748D8"/>
    <w:rsid w:val="006D1DEF"/>
    <w:rsid w:val="00731F38"/>
    <w:rsid w:val="00746B7C"/>
    <w:rsid w:val="00752E3F"/>
    <w:rsid w:val="00757119"/>
    <w:rsid w:val="00765B78"/>
    <w:rsid w:val="00783896"/>
    <w:rsid w:val="007A39AC"/>
    <w:rsid w:val="007C1B4F"/>
    <w:rsid w:val="0082010B"/>
    <w:rsid w:val="00830921"/>
    <w:rsid w:val="00861B81"/>
    <w:rsid w:val="0086607A"/>
    <w:rsid w:val="00893AF0"/>
    <w:rsid w:val="009001CE"/>
    <w:rsid w:val="00924DDA"/>
    <w:rsid w:val="009B5351"/>
    <w:rsid w:val="009F2CCC"/>
    <w:rsid w:val="00A13206"/>
    <w:rsid w:val="00AA1D8D"/>
    <w:rsid w:val="00AA42A9"/>
    <w:rsid w:val="00AF25DB"/>
    <w:rsid w:val="00B00A3A"/>
    <w:rsid w:val="00B307A3"/>
    <w:rsid w:val="00B47730"/>
    <w:rsid w:val="00B5191B"/>
    <w:rsid w:val="00C374EF"/>
    <w:rsid w:val="00C53E32"/>
    <w:rsid w:val="00C70F4C"/>
    <w:rsid w:val="00C93203"/>
    <w:rsid w:val="00C93844"/>
    <w:rsid w:val="00CB0664"/>
    <w:rsid w:val="00CB1EAD"/>
    <w:rsid w:val="00CB3892"/>
    <w:rsid w:val="00CC18C1"/>
    <w:rsid w:val="00D03255"/>
    <w:rsid w:val="00D908F3"/>
    <w:rsid w:val="00DB2955"/>
    <w:rsid w:val="00E6347E"/>
    <w:rsid w:val="00EC2340"/>
    <w:rsid w:val="00EC2AB2"/>
    <w:rsid w:val="00EC57B4"/>
    <w:rsid w:val="00FB6576"/>
    <w:rsid w:val="00FC4CA8"/>
    <w:rsid w:val="00FC693F"/>
    <w:rsid w:val="00FD5B61"/>
    <w:rsid w:val="091BF01C"/>
    <w:rsid w:val="0CD5DB5A"/>
    <w:rsid w:val="0D232483"/>
    <w:rsid w:val="0DA165F0"/>
    <w:rsid w:val="0DC4A03A"/>
    <w:rsid w:val="0F701E09"/>
    <w:rsid w:val="111CE49F"/>
    <w:rsid w:val="16096925"/>
    <w:rsid w:val="18A578E8"/>
    <w:rsid w:val="21431B14"/>
    <w:rsid w:val="227D346A"/>
    <w:rsid w:val="230D7F54"/>
    <w:rsid w:val="25B92E48"/>
    <w:rsid w:val="28D65BA6"/>
    <w:rsid w:val="2F542281"/>
    <w:rsid w:val="307F8F52"/>
    <w:rsid w:val="3090A791"/>
    <w:rsid w:val="34274184"/>
    <w:rsid w:val="42E92C84"/>
    <w:rsid w:val="4788F8DA"/>
    <w:rsid w:val="48BF9BBE"/>
    <w:rsid w:val="49D16F1E"/>
    <w:rsid w:val="4C7395EC"/>
    <w:rsid w:val="4D372F05"/>
    <w:rsid w:val="50888265"/>
    <w:rsid w:val="52BDF263"/>
    <w:rsid w:val="531AA1D5"/>
    <w:rsid w:val="5A13F09A"/>
    <w:rsid w:val="5E99E434"/>
    <w:rsid w:val="60A2BBF6"/>
    <w:rsid w:val="6C026862"/>
    <w:rsid w:val="6E276366"/>
    <w:rsid w:val="73DF3CF7"/>
    <w:rsid w:val="75CF51E1"/>
    <w:rsid w:val="7EDB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40F6A5"/>
  <w14:defaultImageDpi w14:val="300"/>
  <w15:docId w15:val="{38C2532A-A5F0-4F7B-87CA-CF37170D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255"/>
    <w:rPr>
      <w:rFonts w:ascii="Calibri Light" w:hAnsi="Calibri Ligh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255"/>
    <w:pPr>
      <w:keepNext/>
      <w:keepLines/>
      <w:spacing w:before="480" w:after="0"/>
      <w:outlineLvl w:val="0"/>
    </w:pPr>
    <w:rPr>
      <w:rFonts w:ascii="Aptos Display" w:eastAsiaTheme="majorEastAsia" w:hAnsi="Aptos Display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255"/>
    <w:pPr>
      <w:keepNext/>
      <w:keepLines/>
      <w:spacing w:before="200" w:after="0"/>
      <w:outlineLvl w:val="1"/>
    </w:pPr>
    <w:rPr>
      <w:rFonts w:ascii="Aptos" w:eastAsiaTheme="majorEastAsia" w:hAnsi="Aptos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03255"/>
    <w:rPr>
      <w:rFonts w:ascii="Aptos Display" w:eastAsiaTheme="majorEastAsia" w:hAnsi="Aptos Display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3255"/>
    <w:rPr>
      <w:rFonts w:ascii="Aptos" w:eastAsiaTheme="majorEastAsia" w:hAnsi="Aptos" w:cstheme="majorBidi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5397188C77043952A5A2ECC30E2A1" ma:contentTypeVersion="11" ma:contentTypeDescription="Create a new document." ma:contentTypeScope="" ma:versionID="407b43b924a70d202abd640cb9111a16">
  <xsd:schema xmlns:xsd="http://www.w3.org/2001/XMLSchema" xmlns:xs="http://www.w3.org/2001/XMLSchema" xmlns:p="http://schemas.microsoft.com/office/2006/metadata/properties" xmlns:ns2="1bc1124a-58b8-4efa-8904-fc6441d1d731" xmlns:ns3="a4124f8b-3dba-492e-8a36-c393ff186a17" targetNamespace="http://schemas.microsoft.com/office/2006/metadata/properties" ma:root="true" ma:fieldsID="cf65230d1d52ca8bb0a4fd3022a81c88" ns2:_="" ns3:_="">
    <xsd:import namespace="1bc1124a-58b8-4efa-8904-fc6441d1d731"/>
    <xsd:import namespace="a4124f8b-3dba-492e-8a36-c393ff186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1124a-58b8-4efa-8904-fc6441d1d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bbe9083-261f-452b-bc9f-1630fe0da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24f8b-3dba-492e-8a36-c393ff186a1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3f196e-e57c-46c1-948d-66977c430360}" ma:internalName="TaxCatchAll" ma:showField="CatchAllData" ma:web="a4124f8b-3dba-492e-8a36-c393ff186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c1124a-58b8-4efa-8904-fc6441d1d731">
      <Terms xmlns="http://schemas.microsoft.com/office/infopath/2007/PartnerControls"/>
    </lcf76f155ced4ddcb4097134ff3c332f>
    <TaxCatchAll xmlns="a4124f8b-3dba-492e-8a36-c393ff186a17" xsi:nil="true"/>
  </documentManagement>
</p:properties>
</file>

<file path=customXml/itemProps1.xml><?xml version="1.0" encoding="utf-8"?>
<ds:datastoreItem xmlns:ds="http://schemas.openxmlformats.org/officeDocument/2006/customXml" ds:itemID="{314A0A6C-88E3-45B2-B2ED-E8FE122E0019}"/>
</file>

<file path=customXml/itemProps2.xml><?xml version="1.0" encoding="utf-8"?>
<ds:datastoreItem xmlns:ds="http://schemas.openxmlformats.org/officeDocument/2006/customXml" ds:itemID="{21692440-A02A-4DF5-BD69-19292EB4E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8F3339-0EE1-4BC8-82E8-02660B0F1563}">
  <ds:schemaRefs>
    <ds:schemaRef ds:uri="http://schemas.microsoft.com/office/2006/metadata/properties"/>
    <ds:schemaRef ds:uri="http://schemas.microsoft.com/office/infopath/2007/PartnerControls"/>
    <ds:schemaRef ds:uri="ea808239-00a6-4215-a9d6-fc520209ca30"/>
    <ds:schemaRef ds:uri="b5b74ce5-51f5-40a1-8d3c-0236fd03e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0</Pages>
  <Words>0</Words>
  <Characters>0</Characters>
  <Application>Microsoft Office Word</Application>
  <DocSecurity>4</DocSecurity>
  <Lines>0</Lines>
  <Paragraphs>0</Paragraphs>
  <ScaleCrop>false</ScaleCrop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Catherine Raffaele</cp:lastModifiedBy>
  <cp:revision>37</cp:revision>
  <dcterms:created xsi:type="dcterms:W3CDTF">2026-07-28T05:25:00Z</dcterms:created>
  <dcterms:modified xsi:type="dcterms:W3CDTF">2026-08-06T00:54:00Z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0x010100F605397188C77043952A5A2ECC30E2A1</vt:lpwstr>
  </property>
  <property fmtid="{D5CDD505-2E9C-101B-9397-08002B2CF9AE}" pid="3" name="MediaServiceImageTags">
    <vt:lpwstr/>
  </property>
</Properties>
</file>